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Извещение о готовности скрытых работ к освидетельствованию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Предъявляемые работы</w:t>
      </w:r>
    </w:p>
    <w:p>
      <w:r>
        <w:t>Сообщаем о готовности к освидетельствованию работ [название, объём] на участке [оси, отметки, помещение]. Работы выполнены по документации [шифр, лист, редакция] с применением материалов [наименование, партия]. Даты выполнения [период]. Результаты контроля [испытания, измерения, протоколы].</w:t>
      </w:r>
    </w:p>
    <w:p>
      <w:pPr>
        <w:pStyle w:val="Heading1"/>
      </w:pPr>
      <w:r>
        <w:t>Дата и участники</w:t>
      </w:r>
    </w:p>
    <w:p>
      <w:r>
        <w:t>Приглашаем [Заказчик, строительный контроль, иные требуемые участники] на [дата, время] по адресу [место]. Ответственный на объекте [ФИО, контакт]. Представителям необходимо иметь [полномочия, условия допуска]. Планируемые последующие работы [перечень], предполагаемая дата начала [дата].</w:t>
      </w:r>
    </w:p>
    <w:p>
      <w:r>
        <w:t>Для осмотра предоставляются [исполнительная схема, документы качества, протоколы, проект]. Просим подтвердить участие или согласовать другую дату по [канал]. До завершения предусмотренного освидетельствования и разрешения последующих работ результат сохраняется доступным для контроля. Замечания и результаты будут отражены в соответствующем акте.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готовности скрытых работ к освидетельствованию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