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Уведомление о приостановлении работ по договору подряда</w:t>
      </w:r>
    </w:p>
    <w:p>
      <w:pPr>
        <w:pStyle w:val="Heading1"/>
      </w:pPr>
      <w:r>
        <w:t>Реквизиты документа</w:t>
      </w:r>
    </w:p>
    <w:p>
      <w:r>
        <w:t>Место составления: [город]. Дата: [дд.мм.гггг]. Номер: [номер]. Объект: [полный адрес, помещение, этаж, участок]. Договор: № [номер] от [дата]; применимый пункт: [пункт]. Заказчик: [ФИО/наименование, адрес]. Подрядчик: [ФИО/наименование, ИНН, адрес]. Представители и основания полномочий: [ФИО, должность, доверенность].</w:t>
      </w:r>
    </w:p>
    <w:p>
      <w:pPr>
        <w:pStyle w:val="Heading1"/>
      </w:pPr>
      <w:r>
        <w:t>Основание уведомления</w:t>
      </w:r>
    </w:p>
    <w:p>
      <w:r>
        <w:t>При выполнении [работа, участок] [дата] обнаружено [конкретное обстоятельство]. Оно препятствует продолжению/угрожает годности результата, поскольку [техническое объяснение]. Подтверждение [акт, фотографии, заключение]. Обязанность или применимое основание [пункт договора, статья 716/719 ГК РФ — выбрать по обстоятельствам]. Ранее направлено предупреждение [реквизиты, доставка, ответ].</w:t>
      </w:r>
    </w:p>
    <w:p>
      <w:pPr>
        <w:pStyle w:val="Heading1"/>
      </w:pPr>
      <w:r>
        <w:t>Пределы приостановки</w:t>
      </w:r>
    </w:p>
    <w:p>
      <w:r>
        <w:t>С [дата, время] приостанавливаются [точный состав]. Текущее состояние результата [описание]. Выполняются необходимые меры сохранности и безопасности [действия, ответственные]. Доступ к объекту и хранение материалов организованы [порядок]. Не затронутые препятствием операции [перечень либо отсутствуют].</w:t>
      </w:r>
    </w:p>
    <w:p>
      <w:r>
        <w:t>Просим до [дата, обоснованный срок] [предоставить документ/заменить материал/обеспечить доступ] и сообщить решение письменно. После устранения обстоятельства предлагаем совместную проверку и согласование даты возобновления. Влияние на график и подтверждённые расходы будут изложены отдельно с расчётом и доказательствами.</w:t>
      </w:r>
    </w:p>
    <w:p>
      <w:pPr>
        <w:pStyle w:val="Heading1"/>
      </w:pPr>
      <w:r>
        <w:t>Приложения и подпись</w:t>
      </w:r>
    </w:p>
    <w:p>
      <w:r>
        <w:t>Приложения: [названия, даты, номера и количество листов; фотографии с привязкой к месту; относящаяся к вопросу переписка]. Составил: [ФИО, должность, подпись, дата]. Контакт для ответа: [телефон, электронная почта]. Направлено адресату: [способ, адрес, дата]; подтверждение доставки: [трек-номер/квитанция/расписка].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работ по договору подряда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