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об оплате выполненных работ по договору подряда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Обязательство и исполнение</w:t>
      </w:r>
    </w:p>
    <w:p>
      <w:r>
        <w:t>По договору Подрядчик выполнил [работы, объём] за период [даты] стоимостью [сумма] руб. Результат предъявлен [дата, уведомление]; оформлены [акты, документы]. Позиция Заказчика по приёмке [подписание/замечания/неявка с подтверждениями]. Согласно пункту [номер] оплата должна быть произведена [дата/условие].</w:t>
      </w:r>
    </w:p>
    <w:p>
      <w:pPr>
        <w:pStyle w:val="Heading1"/>
      </w:pPr>
      <w:r>
        <w:t>Расчёт задолженности</w:t>
      </w:r>
    </w:p>
    <w:p>
      <w:r>
        <w:t>Стоимость предъявленных к оплате работ [сумма] руб.; полученные платежи [суммы, даты, документы]; зачёты и удержания [основания]; основной долг на [дата] составляет [сумма]. Спорные суммы и позиция заявителя [описание]. Дополнительное требование [неустойка/проценты, основание, период, ставка, база, сумма] приведено отдельно; неподтверждённые требования не включены.</w:t>
      </w:r>
    </w:p>
    <w:p>
      <w:r>
        <w:t>Требуем перечислить [сумма] руб. по реквизитам [банк, счёт, получатель] в срок [дата/период с учётом применимого порядка]. При несогласии просим предоставить мотивированный ответ и подтверждающие документы. При неурегулировании вопроса заявитель вправе обратиться за судебной защитой; состав требований будет определён по обстоятельствам и закону.</w:t>
      </w:r>
    </w:p>
    <w:p>
      <w:pPr>
        <w:pStyle w:val="Heading1"/>
      </w:pPr>
      <w:r>
        <w:t>Приложения и подпись</w:t>
      </w:r>
    </w:p>
    <w:p>
      <w:r>
        <w:t>Приложения: [названия, даты, номера и количество листов; фотографии с привязкой к месту; относящаяся к вопросу переписка]. Составил: [ФИО, должность, подпись, дата]. Контакт для ответа: [телефон, электронная почта]. Направлено адресату: [способ, адрес, дата]; подтверждение доставки: [трек-номер/квитанция/расписка].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об оплате выполненных работ по договору подряда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