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Реестр исполнительной документации</w:t>
      </w:r>
    </w:p>
    <w:p>
      <w:pPr>
        <w:pStyle w:val="Heading1"/>
      </w:pPr>
      <w:r>
        <w:t>Передача комплекта</w:t>
      </w:r>
    </w:p>
    <w:p>
      <w:r>
        <w:t>Объект: [адрес]. Договор: [номер]. Передающая сторона: [наименование]. Принимающая сторона: [наименование].</w:t>
      </w:r>
    </w:p>
    <w:p>
      <w:pPr>
        <w:pStyle w:val="Heading1"/>
      </w:pPr>
      <w:r>
        <w:t>Подтверждение</w:t>
      </w:r>
    </w:p>
    <w:p>
      <w:r>
        <w:t>Передано документов: [количество], листов: [количество]. Приложения и электронный носитель: [описание]. Передал: [ФИО, подпись]. Получил: [ФИО, подпись, дата].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383"/>
        <w:gridCol w:w="1490"/>
        <w:gridCol w:w="1490"/>
        <w:gridCol w:w="1490"/>
        <w:gridCol w:w="2383"/>
        <w:gridCol w:w="2383"/>
        <w:gridCol w:w="2383"/>
      </w:tblGrid>
      <w:tr>
        <w:trPr>
          <w:tblHeader/>
        </w:trPr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Документ / участок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Номер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Дата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Листов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Приложения / файл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Дата передачи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Получатель / отметка</w:t>
            </w:r>
          </w:p>
        </w:tc>
      </w:tr>
      <w:tr>
        <w:trPr/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rPr/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rPr/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rPr/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rPr/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rPr/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rPr/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rPr/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14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23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sectPr w:rsidR="00FC693F" w:rsidRPr="0006063C" w:rsidSect="00034616">
      <w:pgSz w:w="16838" w:h="11906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исполнительной документации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